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color w:val="1A1A2E"/>
        </w:rPr>
        <w:t>KAUTIONSABRECHNUNG</w:t>
      </w:r>
    </w:p>
    <w:p>
      <w:pPr>
        <w:jc w:val="center"/>
      </w:pPr>
      <w:r>
        <w:rPr>
          <w:color w:val="555555"/>
          <w:sz w:val="24"/>
        </w:rPr>
        <w:t>Muster / Vorlage — Mietkaution</w:t>
      </w:r>
    </w:p>
    <w:p/>
    <w:p>
      <w:pPr>
        <w:pStyle w:val="Heading2"/>
      </w:pPr>
      <w:r>
        <w:rPr>
          <w:color w:val="16213E"/>
        </w:rPr>
        <w:t>VERMIETER / MIETER DATEN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Vermieter: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Straße / Nr.: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PLZ / Ort: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Mieter: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Straße / Nr.: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PLZ / Ort: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IBAN: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</w:tbl>
    <w:p/>
    <w:p>
      <w:pPr>
        <w:pStyle w:val="Heading2"/>
      </w:pPr>
      <w:r>
        <w:rPr>
          <w:color w:val="16213E"/>
        </w:rPr>
        <w:t>WOHNUNGSANGABEN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Mietobjekt: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Straße / Nr.: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PLZ / Ort: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Mietvertrag vom: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Kündigungsdatum: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Übergabedatum: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</w:tbl>
    <w:p/>
    <w:p>
      <w:pPr>
        <w:pStyle w:val="Heading2"/>
      </w:pPr>
      <w:r>
        <w:rPr>
          <w:color w:val="16213E"/>
        </w:rPr>
        <w:t>KAUTIONSKONTO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Kautionskonto bei: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IBAN: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BIC: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Kontoinhaber: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Einzahlung am: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</w:tbl>
    <w:p/>
    <w:p>
      <w:pPr>
        <w:pStyle w:val="Heading2"/>
      </w:pPr>
      <w:r>
        <w:rPr>
          <w:color w:val="16213E"/>
        </w:rPr>
        <w:t>FINANZÜBERSICHT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1984"/>
            <w:shd w:fill="4A90D9"/>
          </w:tcPr>
          <w:p>
            <w:r>
              <w:rPr>
                <w:b/>
                <w:color w:val="FFFFFF"/>
                <w:sz w:val="20"/>
              </w:rPr>
              <w:t>Position</w:t>
            </w:r>
          </w:p>
        </w:tc>
        <w:tc>
          <w:tcPr>
            <w:tcW w:type="dxa" w:w="4535"/>
            <w:shd w:fill="4A90D9"/>
          </w:tcPr>
          <w:p>
            <w:r>
              <w:rPr>
                <w:b/>
                <w:color w:val="FFFFFF"/>
                <w:sz w:val="20"/>
              </w:rPr>
              <w:t>Beschreibung</w:t>
            </w:r>
          </w:p>
        </w:tc>
        <w:tc>
          <w:tcPr>
            <w:tcW w:type="dxa" w:w="1984"/>
            <w:shd w:fill="4A90D9"/>
          </w:tcPr>
          <w:p>
            <w:pPr>
              <w:jc w:val="right"/>
            </w:pPr>
            <w:r>
              <w:rPr>
                <w:b/>
                <w:color w:val="FFFFFF"/>
                <w:sz w:val="20"/>
              </w:rPr>
              <w:t>Betrag</w:t>
            </w:r>
          </w:p>
        </w:tc>
      </w:tr>
      <w:tr>
        <w:tc>
          <w:tcPr>
            <w:tcW w:type="dxa" w:w="1984"/>
          </w:tcPr>
          <w:p>
            <w:r>
              <w:rPr>
                <w:b/>
                <w:sz w:val="20"/>
              </w:rPr>
              <w:t>Kautionsbetrag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Eingezahlte Mietkaution</w:t>
              <w:br/>
              <w:t>(Anzahl der Kautionen: _____)</w:t>
            </w:r>
          </w:p>
        </w:tc>
        <w:tc>
          <w:tcPr>
            <w:tcW w:type="dxa" w:w="1984"/>
          </w:tcPr>
          <w:p>
            <w:pPr>
              <w:jc w:val="right"/>
            </w:pPr>
            <w:r>
              <w:rPr>
                <w:sz w:val="20"/>
              </w:rPr>
              <w:t>__________ €</w:t>
            </w:r>
          </w:p>
        </w:tc>
      </w:tr>
      <w:tr>
        <w:tc>
          <w:tcPr>
            <w:tcW w:type="dxa" w:w="1984"/>
          </w:tcPr>
          <w:p>
            <w:r>
              <w:rPr>
                <w:b/>
                <w:sz w:val="20"/>
              </w:rPr>
              <w:t>Zinsgutschrift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Zinsen gemäß § 551 Abs. 3 BGB</w:t>
              <w:br/>
              <w:t>Laufzeit: _____ Monate, Zinssatz: _____%</w:t>
            </w:r>
          </w:p>
        </w:tc>
        <w:tc>
          <w:tcPr>
            <w:tcW w:type="dxa" w:w="1984"/>
          </w:tcPr>
          <w:p>
            <w:pPr>
              <w:jc w:val="right"/>
            </w:pPr>
            <w:r>
              <w:rPr>
                <w:sz w:val="20"/>
              </w:rPr>
              <w:t>+ __________ €</w:t>
            </w:r>
          </w:p>
        </w:tc>
      </w:tr>
      <w:tr>
        <w:tc>
          <w:tcPr>
            <w:tcW w:type="dxa" w:w="1984"/>
            <w:shd w:fill="e6f2ff"/>
          </w:tcPr>
          <w:p>
            <w:r>
              <w:rPr>
                <w:b/>
                <w:sz w:val="20"/>
              </w:rPr>
            </w:r>
          </w:p>
        </w:tc>
        <w:tc>
          <w:tcPr>
            <w:tcW w:type="dxa" w:w="4535"/>
            <w:shd w:fill="e6f2ff"/>
          </w:tcPr>
          <w:p>
            <w:r>
              <w:rPr>
                <w:b/>
                <w:sz w:val="20"/>
              </w:rPr>
              <w:t>Gesamtguthaben vor Abzügen</w:t>
            </w:r>
          </w:p>
        </w:tc>
        <w:tc>
          <w:tcPr>
            <w:tcW w:type="dxa" w:w="1984"/>
            <w:shd w:fill="e6f2ff"/>
          </w:tcPr>
          <w:p>
            <w:pPr>
              <w:jc w:val="right"/>
            </w:pPr>
            <w:r>
              <w:rPr>
                <w:b/>
                <w:sz w:val="20"/>
              </w:rPr>
              <w:t>__________ €</w:t>
            </w:r>
          </w:p>
        </w:tc>
      </w:tr>
      <w:tr>
        <w:tc>
          <w:tcPr>
            <w:tcW w:type="dxa" w:w="1984"/>
          </w:tcPr>
          <w:p>
            <w:r>
              <w:rPr>
                <w:b/>
                <w:sz w:val="20"/>
              </w:rPr>
              <w:t>Abzug 1: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Beschreibung:</w:t>
              <w:br/>
              <w:t>____________________________________________</w:t>
              <w:br/>
              <w:t>Beleg: Rechnung Nr. _____ vom _____</w:t>
            </w:r>
          </w:p>
        </w:tc>
        <w:tc>
          <w:tcPr>
            <w:tcW w:type="dxa" w:w="1984"/>
          </w:tcPr>
          <w:p>
            <w:pPr>
              <w:jc w:val="right"/>
            </w:pPr>
            <w:r>
              <w:rPr>
                <w:sz w:val="20"/>
              </w:rPr>
              <w:t>- __________ €</w:t>
            </w:r>
          </w:p>
        </w:tc>
      </w:tr>
      <w:tr>
        <w:tc>
          <w:tcPr>
            <w:tcW w:type="dxa" w:w="1984"/>
          </w:tcPr>
          <w:p>
            <w:r>
              <w:rPr>
                <w:b/>
                <w:sz w:val="20"/>
              </w:rPr>
              <w:t>Abzug 2: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Beschreibung:</w:t>
              <w:br/>
              <w:t>____________________________________________</w:t>
              <w:br/>
              <w:t>Beleg: Rechnung Nr. _____ vom _____</w:t>
            </w:r>
          </w:p>
        </w:tc>
        <w:tc>
          <w:tcPr>
            <w:tcW w:type="dxa" w:w="1984"/>
          </w:tcPr>
          <w:p>
            <w:pPr>
              <w:jc w:val="right"/>
            </w:pPr>
            <w:r>
              <w:rPr>
                <w:sz w:val="20"/>
              </w:rPr>
              <w:t>- __________ €</w:t>
            </w:r>
          </w:p>
        </w:tc>
      </w:tr>
      <w:tr>
        <w:tc>
          <w:tcPr>
            <w:tcW w:type="dxa" w:w="1984"/>
          </w:tcPr>
          <w:p>
            <w:r>
              <w:rPr>
                <w:b/>
                <w:sz w:val="20"/>
              </w:rPr>
              <w:t>Abzug 3: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Beschreibung:</w:t>
              <w:br/>
              <w:t>____________________________________________</w:t>
              <w:br/>
              <w:t>Beleg: Rechnung Nr. _____ vom _____</w:t>
            </w:r>
          </w:p>
        </w:tc>
        <w:tc>
          <w:tcPr>
            <w:tcW w:type="dxa" w:w="1984"/>
          </w:tcPr>
          <w:p>
            <w:pPr>
              <w:jc w:val="right"/>
            </w:pPr>
            <w:r>
              <w:rPr>
                <w:sz w:val="20"/>
              </w:rPr>
              <w:t>- __________ €</w:t>
            </w:r>
          </w:p>
        </w:tc>
      </w:tr>
      <w:tr>
        <w:tc>
          <w:tcPr>
            <w:tcW w:type="dxa" w:w="1984"/>
          </w:tcPr>
          <w:p>
            <w:r>
              <w:rPr>
                <w:b/>
                <w:sz w:val="20"/>
              </w:rPr>
              <w:t>Abzug 4: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Beschreibung:</w:t>
              <w:br/>
              <w:t>____________________________________________</w:t>
              <w:br/>
              <w:t>Beleg: Rechnung Nr. _____ vom _____</w:t>
            </w:r>
          </w:p>
        </w:tc>
        <w:tc>
          <w:tcPr>
            <w:tcW w:type="dxa" w:w="1984"/>
          </w:tcPr>
          <w:p>
            <w:pPr>
              <w:jc w:val="right"/>
            </w:pPr>
            <w:r>
              <w:rPr>
                <w:sz w:val="20"/>
              </w:rPr>
              <w:t>- __________ €</w:t>
            </w:r>
          </w:p>
        </w:tc>
      </w:tr>
      <w:tr>
        <w:tc>
          <w:tcPr>
            <w:tcW w:type="dxa" w:w="1984"/>
          </w:tcPr>
          <w:p>
            <w:r>
              <w:rPr>
                <w:b/>
                <w:sz w:val="20"/>
              </w:rPr>
              <w:t>Abzug 5: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Beschreibung:</w:t>
              <w:br/>
              <w:t>____________________________________________</w:t>
              <w:br/>
              <w:t>Beleg: Rechnung Nr. _____ vom _____</w:t>
            </w:r>
          </w:p>
        </w:tc>
        <w:tc>
          <w:tcPr>
            <w:tcW w:type="dxa" w:w="1984"/>
          </w:tcPr>
          <w:p>
            <w:pPr>
              <w:jc w:val="right"/>
            </w:pPr>
            <w:r>
              <w:rPr>
                <w:sz w:val="20"/>
              </w:rPr>
              <w:t>- __________ €</w:t>
            </w:r>
          </w:p>
        </w:tc>
      </w:tr>
      <w:tr>
        <w:tc>
          <w:tcPr>
            <w:tcW w:type="dxa" w:w="1984"/>
            <w:shd w:fill="e6f2ff"/>
          </w:tcPr>
          <w:p>
            <w:r>
              <w:rPr>
                <w:b/>
                <w:sz w:val="20"/>
              </w:rPr>
            </w:r>
          </w:p>
        </w:tc>
        <w:tc>
          <w:tcPr>
            <w:tcW w:type="dxa" w:w="4535"/>
            <w:shd w:fill="e6f2ff"/>
          </w:tcPr>
          <w:p>
            <w:r>
              <w:rPr>
                <w:b/>
                <w:sz w:val="20"/>
              </w:rPr>
              <w:t>Gesamtabzüge</w:t>
            </w:r>
          </w:p>
        </w:tc>
        <w:tc>
          <w:tcPr>
            <w:tcW w:type="dxa" w:w="1984"/>
            <w:shd w:fill="e6f2ff"/>
          </w:tcPr>
          <w:p>
            <w:pPr>
              <w:jc w:val="right"/>
            </w:pPr>
            <w:r>
              <w:rPr>
                <w:b/>
                <w:sz w:val="20"/>
              </w:rPr>
              <w:t>- __________ €</w:t>
            </w:r>
          </w:p>
        </w:tc>
      </w:tr>
      <w:tr>
        <w:tc>
          <w:tcPr>
            <w:tcW w:type="dxa" w:w="1984"/>
            <w:shd w:fill="d4edda"/>
          </w:tcPr>
          <w:p>
            <w:r>
              <w:rPr>
                <w:b/>
                <w:color w:val="1A5A1A"/>
                <w:sz w:val="24"/>
              </w:rPr>
            </w:r>
          </w:p>
        </w:tc>
        <w:tc>
          <w:tcPr>
            <w:tcW w:type="dxa" w:w="4535"/>
            <w:shd w:fill="d4edda"/>
          </w:tcPr>
          <w:p>
            <w:r>
              <w:rPr>
                <w:b/>
                <w:color w:val="1A5A1A"/>
                <w:sz w:val="24"/>
              </w:rPr>
              <w:t>AUSZUZAHLENDER BETRAG</w:t>
            </w:r>
          </w:p>
        </w:tc>
        <w:tc>
          <w:tcPr>
            <w:tcW w:type="dxa" w:w="1984"/>
            <w:shd w:fill="d4edda"/>
          </w:tcPr>
          <w:p>
            <w:pPr>
              <w:jc w:val="right"/>
            </w:pPr>
            <w:r>
              <w:rPr>
                <w:b/>
                <w:color w:val="1A5A1A"/>
                <w:sz w:val="24"/>
              </w:rPr>
              <w:t>__________ €</w:t>
            </w:r>
          </w:p>
        </w:tc>
      </w:tr>
    </w:tbl>
    <w:p/>
    <w:p>
      <w:pPr>
        <w:pStyle w:val="Heading2"/>
      </w:pPr>
      <w:r>
        <w:rPr>
          <w:color w:val="16213E"/>
        </w:rPr>
        <w:t>ZAHLUNGSINFORMATIONEN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Zahlungsdatum: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Überweisungsdatum: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Zahlungsempfänger: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IBAN des Empfängers: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____________________________________________</w:t>
            </w:r>
          </w:p>
        </w:tc>
      </w:tr>
      <w:tr>
        <w:tc>
          <w:tcPr>
            <w:tcW w:type="dxa" w:w="2268"/>
            <w:shd w:fill="f0f4f8"/>
          </w:tcPr>
          <w:p>
            <w:pPr>
              <w:jc w:val="left"/>
            </w:pPr>
            <w:r>
              <w:rPr>
                <w:b/>
                <w:sz w:val="20"/>
              </w:rPr>
              <w:t>Verwendungszweck:</w:t>
            </w:r>
          </w:p>
        </w:tc>
        <w:tc>
          <w:tcPr>
            <w:tcW w:type="dxa" w:w="5669"/>
          </w:tcPr>
          <w:p>
            <w:r>
              <w:rPr>
                <w:color w:val="999999"/>
                <w:sz w:val="20"/>
              </w:rPr>
              <w:t>Kautionsrückerstattung — [Adresse]</w:t>
            </w:r>
          </w:p>
        </w:tc>
      </w:tr>
    </w:tbl>
    <w:p/>
    <w:p/>
    <w:p>
      <w:r>
        <w:rPr>
          <w:b/>
          <w:sz w:val="18"/>
        </w:rPr>
        <w:t xml:space="preserve">Hinweis: </w:t>
      </w:r>
      <w:r>
        <w:rPr>
          <w:color w:val="666666"/>
          <w:sz w:val="18"/>
        </w:rPr>
        <w:t>Diese Kautionsabrechnung erfolgt gemäß § 551 Abs. 3 BGB. Die Kaution wurde getrennt vom Vermögen des Vermieters auf einem besonderen Kautionskonto angelegt. Die gutgeschriebenen Zinsen entsprechen den tatsächlichen Zinserträgen des Kautionskontos. Einwendungen gegen diese Abrechnung sind innerhalb von 6 Monaten nach Erhalt schriftlich geltend zu machen.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rPr>
                <w:sz w:val="20"/>
              </w:rPr>
              <w:t>____________________________________</w:t>
            </w:r>
          </w:p>
        </w:tc>
        <w:tc>
          <w:tcPr>
            <w:tcW w:type="dxa" w:w="4703"/>
          </w:tcPr>
          <w:p>
            <w:r>
              <w:rPr>
                <w:sz w:val="20"/>
              </w:rPr>
              <w:t>____________________________________</w:t>
            </w:r>
          </w:p>
        </w:tc>
      </w:tr>
      <w:tr>
        <w:tc>
          <w:tcPr>
            <w:tcW w:type="dxa" w:w="4703"/>
          </w:tcPr>
          <w:p>
            <w:r>
              <w:rPr>
                <w:sz w:val="18"/>
              </w:rPr>
              <w:t>Ort, Datum</w:t>
            </w:r>
          </w:p>
        </w:tc>
        <w:tc>
          <w:tcPr>
            <w:tcW w:type="dxa" w:w="4703"/>
          </w:tcPr>
          <w:p>
            <w:r>
              <w:rPr>
                <w:sz w:val="18"/>
              </w:rPr>
              <w:t>Unterschrift Vermieter</w:t>
            </w:r>
          </w:p>
        </w:tc>
      </w:tr>
    </w:tbl>
    <w:p/>
    <w:p>
      <w:pPr>
        <w:jc w:val="center"/>
      </w:pPr>
      <w:r>
        <w:rPr>
          <w:color w:val="999999"/>
          <w:sz w:val="16"/>
        </w:rPr>
        <w:t>© Mietkautionratgeber.de — Kautionsabrechnung Muster / Vorlage (2026) — Alle Angaben ohne Gewähr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